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履歴書</w:t>
      </w:r>
    </w:p>
    <w:p>
      <w:r>
        <w:t>各欄を自分の情報に置き換えてください。提出前に説明文を削除し、応募先の指定をご確認ください。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4"/>
          </w:tcPr>
          <w:p>
            <w:r>
              <w:t>氏名</w:t>
            </w:r>
          </w:p>
        </w:tc>
        <w:tc>
          <w:tcPr>
            <w:tcW w:type="dxa" w:w="7654"/>
          </w:tcPr>
          <w:p>
            <w:r>
              <w:t>[氏名・ふりがな]</w:t>
            </w:r>
          </w:p>
        </w:tc>
      </w:tr>
      <w:tr>
        <w:tc>
          <w:tcPr>
            <w:tcW w:type="dxa" w:w="1984"/>
          </w:tcPr>
          <w:p>
            <w:r>
              <w:t>連絡先</w:t>
            </w:r>
          </w:p>
        </w:tc>
        <w:tc>
          <w:tcPr>
            <w:tcW w:type="dxa" w:w="7654"/>
          </w:tcPr>
          <w:p>
            <w:r>
              <w:t>[電話番号]  [メールアドレス]</w:t>
            </w:r>
          </w:p>
        </w:tc>
      </w:tr>
      <w:tr>
        <w:tc>
          <w:tcPr>
            <w:tcW w:type="dxa" w:w="1984"/>
          </w:tcPr>
          <w:p>
            <w:r>
              <w:t>現住所</w:t>
            </w:r>
          </w:p>
        </w:tc>
        <w:tc>
          <w:tcPr>
            <w:tcW w:type="dxa" w:w="7654"/>
          </w:tcPr>
          <w:p>
            <w:r>
              <w:t>[郵便番号・住所]</w:t>
            </w:r>
          </w:p>
        </w:tc>
      </w:tr>
      <w:tr>
        <w:tc>
          <w:tcPr>
            <w:tcW w:type="dxa" w:w="1984"/>
          </w:tcPr>
          <w:p>
            <w:r>
              <w:t>写真</w:t>
            </w:r>
          </w:p>
        </w:tc>
        <w:tc>
          <w:tcPr>
            <w:tcW w:type="dxa" w:w="7654"/>
          </w:tcPr>
          <w:p>
            <w:r>
              <w:t>[応募先の指定がある場合のみ写真を挿入]</w:t>
            </w:r>
          </w:p>
        </w:tc>
      </w:tr>
    </w:tbl>
    <w:p>
      <w:pPr>
        <w:pStyle w:val="Heading1"/>
      </w:pPr>
      <w:r>
        <w:t>学歴と職歴</w:t>
      </w:r>
    </w:p>
    <w:p>
      <w:r>
        <w:t>[年月]  [学校名・学科／会社名・職務内容]</w:t>
        <w:br/>
        <w:t>[年月]  [卒業・修了／入社・退職]</w:t>
        <w:br/>
        <w:t>[年月]  [追記]</w:t>
      </w:r>
    </w:p>
    <w:p>
      <w:pPr>
        <w:pStyle w:val="Heading1"/>
      </w:pPr>
      <w:r>
        <w:t>資格とスキル</w:t>
      </w:r>
    </w:p>
    <w:p>
      <w:r>
        <w:t>[年月]  [資格名・語学・業務に関係するスキル]</w:t>
      </w:r>
    </w:p>
    <w:p>
      <w:pPr>
        <w:pStyle w:val="Heading1"/>
      </w:pPr>
      <w:r>
        <w:t>志望動機と自己PR</w:t>
      </w:r>
    </w:p>
    <w:p>
      <w:r>
        <w:t>[応募先を志望する理由と、経験をどう活かせるかを記入]</w:t>
      </w:r>
    </w:p>
    <w:p>
      <w:pPr>
        <w:pStyle w:val="Heading1"/>
      </w:pPr>
      <w:r>
        <w:t>本人希望欄</w:t>
      </w:r>
    </w:p>
    <w:p>
      <w:r>
        <w:t>[勤務可能日・時間帯・勤務地など、必要な希望条件]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Hiragino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Hiragino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Hiragino San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</dc:title>
  <dc:subject/>
  <dc:creator>JapaOne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