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Professional Resume</w:t>
      </w:r>
    </w:p>
    <w:p>
      <w:r>
        <w:t>Replace bracketed text with your own information. Remove these instructions before submitting.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984"/>
          </w:tcPr>
          <w:p>
            <w:r>
              <w:t>Name</w:t>
            </w:r>
          </w:p>
        </w:tc>
        <w:tc>
          <w:tcPr>
            <w:tcW w:type="dxa" w:w="7654"/>
          </w:tcPr>
          <w:p>
            <w:r>
              <w:t>[Your name]</w:t>
            </w:r>
          </w:p>
        </w:tc>
      </w:tr>
      <w:tr>
        <w:tc>
          <w:tcPr>
            <w:tcW w:type="dxa" w:w="1984"/>
          </w:tcPr>
          <w:p>
            <w:r>
              <w:t>Contact</w:t>
            </w:r>
          </w:p>
        </w:tc>
        <w:tc>
          <w:tcPr>
            <w:tcW w:type="dxa" w:w="7654"/>
          </w:tcPr>
          <w:p>
            <w:r>
              <w:t>[Email]  [Phone]  [Portfolio URL if relevant]</w:t>
            </w:r>
          </w:p>
        </w:tc>
      </w:tr>
      <w:tr>
        <w:tc>
          <w:tcPr>
            <w:tcW w:type="dxa" w:w="1984"/>
          </w:tcPr>
          <w:p>
            <w:r>
              <w:t>Location</w:t>
            </w:r>
          </w:p>
        </w:tc>
        <w:tc>
          <w:tcPr>
            <w:tcW w:type="dxa" w:w="7654"/>
          </w:tcPr>
          <w:p>
            <w:r>
              <w:t>[City and prefecture]</w:t>
            </w:r>
          </w:p>
        </w:tc>
      </w:tr>
    </w:tbl>
    <w:p>
      <w:pPr>
        <w:pStyle w:val="Heading1"/>
      </w:pPr>
      <w:r>
        <w:t>Professional summary</w:t>
      </w:r>
    </w:p>
    <w:p>
      <w:r>
        <w:t>[Two concise sentences describing your experience and the position you seek]</w:t>
      </w:r>
    </w:p>
    <w:p>
      <w:pPr>
        <w:pStyle w:val="Heading1"/>
      </w:pPr>
      <w:r>
        <w:t>Experience</w:t>
      </w:r>
    </w:p>
    <w:p>
      <w:r>
        <w:t>[Dates]  [Employer]  [Job title]</w:t>
        <w:br/>
        <w:t>[Describe a relevant responsibility and a specific result]</w:t>
        <w:br/>
        <w:t>[Add another role or achievement if relevant]</w:t>
      </w:r>
    </w:p>
    <w:p>
      <w:pPr>
        <w:pStyle w:val="Heading1"/>
      </w:pPr>
      <w:r>
        <w:t>Education</w:t>
      </w:r>
    </w:p>
    <w:p>
      <w:r>
        <w:t>[Dates]  [Institution]  [Degree or qualification]</w:t>
      </w:r>
    </w:p>
    <w:p>
      <w:pPr>
        <w:pStyle w:val="Heading1"/>
      </w:pPr>
      <w:r>
        <w:t>Skills and certifications</w:t>
      </w:r>
    </w:p>
    <w:p>
      <w:r>
        <w:t>[Relevant technical or professional skills]</w:t>
        <w:br/>
        <w:t>[Certification and year, if applicable]</w:t>
      </w:r>
    </w:p>
    <w:p>
      <w:pPr>
        <w:pStyle w:val="Heading1"/>
      </w:pPr>
      <w:r>
        <w:t>Languages and availability</w:t>
      </w:r>
    </w:p>
    <w:p>
      <w:r>
        <w:t>[Language and proficiency]</w:t>
        <w:br/>
        <w:t>[Available start date and working hours]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Hiragino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 w:eastAsia="Hiragino San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Hiragino San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</dc:title>
  <dc:subject/>
  <dc:creator>JapaOne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