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Resume and 職務経歴書</w:t>
      </w:r>
    </w:p>
    <w:p>
      <w:r>
        <w:t>Replace bracketed text with your information. Remove instructions before submission. 指示文を削除してご利用ください。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4"/>
          </w:tcPr>
          <w:p>
            <w:r>
              <w:t>Name 氏名</w:t>
            </w:r>
          </w:p>
        </w:tc>
        <w:tc>
          <w:tcPr>
            <w:tcW w:type="dxa" w:w="7654"/>
          </w:tcPr>
          <w:p>
            <w:r>
              <w:t>[Your name / 氏名]</w:t>
            </w:r>
          </w:p>
        </w:tc>
      </w:tr>
      <w:tr>
        <w:tc>
          <w:tcPr>
            <w:tcW w:type="dxa" w:w="1984"/>
          </w:tcPr>
          <w:p>
            <w:r>
              <w:t>Contact 連絡先</w:t>
            </w:r>
          </w:p>
        </w:tc>
        <w:tc>
          <w:tcPr>
            <w:tcW w:type="dxa" w:w="7654"/>
          </w:tcPr>
          <w:p>
            <w:r>
              <w:t>[Email / メール]  [Phone / 電話]</w:t>
            </w:r>
          </w:p>
        </w:tc>
      </w:tr>
      <w:tr>
        <w:tc>
          <w:tcPr>
            <w:tcW w:type="dxa" w:w="1984"/>
          </w:tcPr>
          <w:p>
            <w:r>
              <w:t>Location 居住地</w:t>
            </w:r>
          </w:p>
        </w:tc>
        <w:tc>
          <w:tcPr>
            <w:tcW w:type="dxa" w:w="7654"/>
          </w:tcPr>
          <w:p>
            <w:r>
              <w:t>[City and prefecture / 市区町村・都道府県]</w:t>
            </w:r>
          </w:p>
        </w:tc>
      </w:tr>
    </w:tbl>
    <w:p>
      <w:pPr>
        <w:pStyle w:val="Heading1"/>
      </w:pPr>
      <w:r>
        <w:t>Profile 自己紹介</w:t>
      </w:r>
    </w:p>
    <w:p>
      <w:r>
        <w:t>[Two sentences describing your relevant experience and the role you seek]</w:t>
        <w:br/>
        <w:t>[関連する経験と希望職種を簡潔に記入]</w:t>
      </w:r>
    </w:p>
    <w:p>
      <w:pPr>
        <w:pStyle w:val="Heading1"/>
      </w:pPr>
      <w:r>
        <w:t>Experience 職務経歴</w:t>
      </w:r>
    </w:p>
    <w:p>
      <w:r>
        <w:t>[Dates / 期間]  [Employer and role / 会社名・職種]</w:t>
        <w:br/>
        <w:t>[Responsibilities and a measurable achievement / 業務内容・実績]</w:t>
      </w:r>
    </w:p>
    <w:p>
      <w:pPr>
        <w:pStyle w:val="Heading1"/>
      </w:pPr>
      <w:r>
        <w:t>Education 学歴</w:t>
      </w:r>
    </w:p>
    <w:p>
      <w:r>
        <w:t>[Dates / 期間]  [School and qualification / 学校名・学位等]</w:t>
      </w:r>
    </w:p>
    <w:p>
      <w:pPr>
        <w:pStyle w:val="Heading1"/>
      </w:pPr>
      <w:r>
        <w:t>Skills and languages スキルと語学</w:t>
      </w:r>
    </w:p>
    <w:p>
      <w:r>
        <w:t>[Skills relevant to this role / 関連スキル]</w:t>
        <w:br/>
        <w:t>[Language and proficiency / 言語・習熟度]</w:t>
      </w:r>
    </w:p>
    <w:p>
      <w:pPr>
        <w:pStyle w:val="Heading1"/>
      </w:pPr>
      <w:r>
        <w:t>Availability 勤務条件</w:t>
      </w:r>
    </w:p>
    <w:p>
      <w:r>
        <w:t>[Start date and availability / 入社可能日・勤務可能時間]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Hiragino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Hiragino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Hiragino San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and 職務経歴書</dc:title>
  <dc:subject/>
  <dc:creator>JapaOne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